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b w:val="0"/>
        </w:rPr>
        <w:t>До [найменування відділу державної реєстрації</w:t>
      </w:r>
    </w:p>
    <w:p>
      <w:pPr>
        <w:jc w:val="right"/>
      </w:pPr>
      <w:r>
        <w:rPr>
          <w:b w:val="0"/>
        </w:rPr>
        <w:t>актів цивільного стану]</w:t>
      </w:r>
    </w:p>
    <w:p>
      <w:pPr>
        <w:jc w:val="right"/>
      </w:pPr>
      <w:r>
        <w:rPr>
          <w:b w:val="0"/>
        </w:rPr>
        <w:t>Заявник: [ПІБ повністю]</w:t>
      </w:r>
    </w:p>
    <w:p>
      <w:pPr>
        <w:jc w:val="right"/>
      </w:pPr>
      <w:r>
        <w:rPr>
          <w:b w:val="0"/>
        </w:rPr>
        <w:t>[адреса реєстрації/проживання]</w:t>
      </w:r>
    </w:p>
    <w:p>
      <w:pPr>
        <w:jc w:val="right"/>
      </w:pPr>
      <w:r>
        <w:rPr>
          <w:b w:val="0"/>
        </w:rPr>
        <w:t>РНОКПП: [за наявності], тел.: [номер]</w:t>
      </w:r>
    </w:p>
    <w:p>
      <w:r>
        <w:rPr>
          <w:b w:val="0"/>
        </w:rPr>
      </w:r>
    </w:p>
    <w:p>
      <w:pPr>
        <w:jc w:val="center"/>
      </w:pPr>
      <w:r>
        <w:rPr>
          <w:b/>
        </w:rPr>
        <w:t>ЗАЯВА</w:t>
      </w:r>
    </w:p>
    <w:p>
      <w:pPr>
        <w:jc w:val="center"/>
      </w:pPr>
      <w:r>
        <w:rPr>
          <w:b/>
        </w:rPr>
        <w:t>про зміну імені (прізвища, власного імені, по батькові)</w:t>
      </w:r>
    </w:p>
    <w:p>
      <w:r>
        <w:rPr>
          <w:b w:val="0"/>
        </w:rPr>
      </w:r>
    </w:p>
    <w:p>
      <w:pPr>
        <w:jc w:val="both"/>
      </w:pPr>
      <w:r>
        <w:rPr>
          <w:b w:val="0"/>
        </w:rPr>
        <w:t>Прошу змінити [прізвище / власне імʼя / по батькові] з «[поточне]» на «[бажане]».</w:t>
      </w:r>
    </w:p>
    <w:p>
      <w:pPr>
        <w:jc w:val="both"/>
      </w:pPr>
      <w:r>
        <w:rPr>
          <w:b w:val="0"/>
        </w:rPr>
        <w:t>Причина зміни: [зазначити — милозвучність, небажання мати прізвище одного з батьків, повернення дошлюбного прізвища після розірвання шлюбу, особисті переконання тощо].</w:t>
      </w:r>
    </w:p>
    <w:p>
      <w:pPr>
        <w:jc w:val="both"/>
      </w:pPr>
      <w:r>
        <w:rPr>
          <w:b w:val="0"/>
        </w:rPr>
        <w:t>Повідомляю, що під слідством і судом не перебуваю, непогашеної (незнятої) судимості не маю.</w:t>
      </w:r>
    </w:p>
    <w:p>
      <w:r>
        <w:rPr>
          <w:b w:val="0"/>
        </w:rPr>
      </w:r>
    </w:p>
    <w:p>
      <w:r>
        <w:rPr>
          <w:b/>
        </w:rPr>
        <w:t>Додатки:</w:t>
      </w:r>
    </w:p>
    <w:p>
      <w:r>
        <w:rPr>
          <w:b w:val="0"/>
        </w:rPr>
        <w:t>1. Копія паспорта громадянина України.</w:t>
      </w:r>
    </w:p>
    <w:p>
      <w:r>
        <w:rPr>
          <w:b w:val="0"/>
        </w:rPr>
        <w:t>2. Копія свідоцтва про народження.</w:t>
      </w:r>
    </w:p>
    <w:p>
      <w:r>
        <w:rPr>
          <w:b w:val="0"/>
        </w:rPr>
        <w:t>3. Копії свідоцтв про шлюб / розірвання шлюбу (за наявності).</w:t>
      </w:r>
    </w:p>
    <w:p>
      <w:r>
        <w:rPr>
          <w:b w:val="0"/>
        </w:rPr>
        <w:t>4. Копії свідоцтв про народження неповнолітніх дітей (за наявності).</w:t>
      </w:r>
    </w:p>
    <w:p>
      <w:r>
        <w:rPr>
          <w:b w:val="0"/>
        </w:rPr>
        <w:t>5. Документ про сплату відповідного збору.</w:t>
      </w:r>
    </w:p>
    <w:p>
      <w:r>
        <w:rPr>
          <w:b w:val="0"/>
        </w:rPr>
        <w:t>6. Дві фотокартки (за вимогою органу).</w:t>
      </w:r>
    </w:p>
    <w:p>
      <w:r>
        <w:rPr>
          <w:b w:val="0"/>
        </w:rPr>
      </w:r>
    </w:p>
    <w:p>
      <w:r>
        <w:rPr>
          <w:b w:val="0"/>
        </w:rPr>
        <w:t>«___» __________ 20__ р.                              ___________________  ( [ПІБ] )</w:t>
      </w:r>
    </w:p>
    <w:p>
      <w:r>
        <w:rPr>
          <w:b w:val="0"/>
        </w:rPr>
      </w:r>
    </w:p>
    <w:p>
      <w:r>
        <w:rPr>
          <w:b w:val="0"/>
        </w:rPr>
        <w:t>УВАГА: це орієнтовний зразок для загального розуміння структури документа. Він не враховує обставин вашої конкретної справи, підсудності, переліку доказів та розміру судового збору. Перед поданням раджу проконсультуватися з адвокатом — це вбереже від помилок, через які документи повертають або залишають без розгляду.</w:t>
      </w:r>
    </w:p>
    <w:sectPr w:rsidR="00FC693F" w:rsidRPr="0006063C" w:rsidSect="00034616">
      <w:pgSz w:w="12240" w:h="15840"/>
      <w:pgMar w:top="850" w:right="850" w:bottom="850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