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b w:val="0"/>
        </w:rPr>
        <w:t>Директору (керівнику)</w:t>
      </w:r>
    </w:p>
    <w:p>
      <w:pPr>
        <w:jc w:val="right"/>
      </w:pPr>
      <w:r>
        <w:rPr>
          <w:b w:val="0"/>
        </w:rPr>
        <w:t>[найменування підприємства, установи, організації]</w:t>
      </w:r>
    </w:p>
    <w:p>
      <w:pPr>
        <w:jc w:val="right"/>
      </w:pPr>
      <w:r>
        <w:rPr>
          <w:b w:val="0"/>
        </w:rPr>
        <w:t>[ПІБ керівника]</w:t>
      </w:r>
    </w:p>
    <w:p>
      <w:pPr>
        <w:jc w:val="right"/>
      </w:pPr>
      <w:r>
        <w:rPr>
          <w:b w:val="0"/>
        </w:rPr>
        <w:t>від [посада]</w:t>
      </w:r>
    </w:p>
    <w:p>
      <w:pPr>
        <w:jc w:val="right"/>
      </w:pPr>
      <w:r>
        <w:rPr>
          <w:b w:val="0"/>
        </w:rPr>
        <w:t>[ПІБ працівника повністю]</w:t>
      </w:r>
    </w:p>
    <w:p>
      <w:r>
        <w:rPr>
          <w:b w:val="0"/>
        </w:rPr>
      </w:r>
    </w:p>
    <w:p>
      <w:pPr>
        <w:jc w:val="center"/>
      </w:pPr>
      <w:r>
        <w:rPr>
          <w:b/>
        </w:rPr>
        <w:t>ЗАЯВА</w:t>
      </w:r>
    </w:p>
    <w:p>
      <w:pPr>
        <w:jc w:val="center"/>
      </w:pPr>
      <w:r>
        <w:rPr>
          <w:b/>
        </w:rPr>
        <w:t>про надання відпустки без збереження заробітної плати</w:t>
      </w:r>
    </w:p>
    <w:p>
      <w:r>
        <w:rPr>
          <w:b w:val="0"/>
        </w:rPr>
      </w:r>
    </w:p>
    <w:p>
      <w:pPr>
        <w:jc w:val="both"/>
      </w:pPr>
      <w:r>
        <w:rPr>
          <w:b w:val="0"/>
        </w:rPr>
        <w:t>Прошу надати мені відпустку без збереження заробітної плати з «___» __________ 20__ р. по «___» __________ 20__ р. тривалістю ___ календарних днів у звʼязку з [зазначити причину: сімейними обставинами, оздоровленням, іншими особистими причинами].</w:t>
      </w:r>
    </w:p>
    <w:p>
      <w:pPr>
        <w:jc w:val="both"/>
      </w:pPr>
      <w:r>
        <w:rPr>
          <w:b w:val="0"/>
        </w:rPr>
        <w:t>Підстава для надання відпустки: [для пільгової категорії зазначити — інвалідність, статус учасника бойових дій, догляд за дитиною тощо; для відпустки за згодою сторін — «за угодою сторін»].</w:t>
      </w:r>
    </w:p>
    <w:p>
      <w:r>
        <w:rPr>
          <w:b w:val="0"/>
        </w:rPr>
      </w:r>
    </w:p>
    <w:p>
      <w:r>
        <w:rPr>
          <w:b/>
        </w:rPr>
        <w:t>Додатки:</w:t>
      </w:r>
    </w:p>
    <w:p>
      <w:r>
        <w:rPr>
          <w:b w:val="0"/>
        </w:rPr>
        <w:t>1. Копія документа, що підтверджує право на відпустку (за наявності).</w:t>
      </w:r>
    </w:p>
    <w:p>
      <w:r>
        <w:rPr>
          <w:b w:val="0"/>
        </w:rPr>
      </w:r>
    </w:p>
    <w:p>
      <w:r>
        <w:rPr>
          <w:b w:val="0"/>
        </w:rPr>
        <w:t>«___» __________ 20__ р.                              ___________________  ( [ПІБ] )</w:t>
      </w:r>
    </w:p>
    <w:p>
      <w:r>
        <w:rPr>
          <w:b w:val="0"/>
        </w:rPr>
      </w:r>
    </w:p>
    <w:p>
      <w:r>
        <w:rPr>
          <w:b w:val="0"/>
        </w:rPr>
        <w:t>УВАГА: це орієнтовний зразок для загального розуміння структури документа. Він не враховує обставин вашої конкретної справи, підсудності, переліку доказів та розміру судового збору. Перед поданням раджу проконсультуватися з адвокатом — це вбереже від помилок, через які документи повертають або залишають без розгляду.</w:t>
      </w:r>
    </w:p>
    <w:sectPr w:rsidR="00FC693F" w:rsidRPr="0006063C" w:rsidSect="00034616">
      <w:pgSz w:w="12240" w:h="15840"/>
      <w:pgMar w:top="850" w:right="850" w:bottom="850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