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right"/>
      </w:pPr>
      <w:r>
        <w:rPr>
          <w:b w:val="0"/>
        </w:rPr>
        <w:t>Керівнику [найменування органу Національної поліції</w:t>
      </w:r>
    </w:p>
    <w:p>
      <w:pPr>
        <w:jc w:val="right"/>
      </w:pPr>
      <w:r>
        <w:rPr>
          <w:b w:val="0"/>
        </w:rPr>
        <w:t>/ органу досудового розслідування]</w:t>
      </w:r>
    </w:p>
    <w:p>
      <w:pPr>
        <w:jc w:val="right"/>
      </w:pPr>
      <w:r>
        <w:rPr>
          <w:b w:val="0"/>
        </w:rPr>
        <w:t>Заявник: [ПІБ повністю]</w:t>
      </w:r>
    </w:p>
    <w:p>
      <w:pPr>
        <w:jc w:val="right"/>
      </w:pPr>
      <w:r>
        <w:rPr>
          <w:b w:val="0"/>
        </w:rPr>
        <w:t>[адреса проживання]</w:t>
      </w:r>
    </w:p>
    <w:p>
      <w:pPr>
        <w:jc w:val="right"/>
      </w:pPr>
      <w:r>
        <w:rPr>
          <w:b w:val="0"/>
        </w:rPr>
        <w:t>тел.: [номер]</w:t>
      </w:r>
    </w:p>
    <w:p>
      <w:r>
        <w:rPr>
          <w:b w:val="0"/>
        </w:rPr>
      </w:r>
    </w:p>
    <w:p>
      <w:pPr>
        <w:jc w:val="center"/>
      </w:pPr>
      <w:r>
        <w:rPr>
          <w:b/>
        </w:rPr>
        <w:t>ЗАЯВА</w:t>
      </w:r>
    </w:p>
    <w:p>
      <w:pPr>
        <w:jc w:val="center"/>
      </w:pPr>
      <w:r>
        <w:rPr>
          <w:b/>
        </w:rPr>
        <w:t>про вчинення кримінального правопорушення</w:t>
      </w:r>
    </w:p>
    <w:p>
      <w:r>
        <w:rPr>
          <w:b w:val="0"/>
        </w:rPr>
      </w:r>
    </w:p>
    <w:p>
      <w:pPr>
        <w:jc w:val="both"/>
      </w:pPr>
      <w:r>
        <w:rPr>
          <w:b w:val="0"/>
        </w:rPr>
        <w:t>Повідомляю, що «___» __________ 20__ р. приблизно о ___ год. за адресою (у місці) [зазначити] сталася подія, яка, на мою думку, містить ознаки кримінального правопорушення, а саме: [детально описати обставини — що сталося, у чому полягали протиправні дії, хто причетний за наявності].</w:t>
      </w:r>
    </w:p>
    <w:p>
      <w:pPr>
        <w:jc w:val="both"/>
      </w:pPr>
      <w:r>
        <w:rPr>
          <w:b w:val="0"/>
        </w:rPr>
        <w:t>Внаслідок зазначених дій мені (або [ПІБ потерпілої особи]) завдано [матеріальної / фізичної / моральної] шкоди у розмірі (обсязі) [зазначити].</w:t>
      </w:r>
    </w:p>
    <w:p>
      <w:pPr>
        <w:jc w:val="both"/>
      </w:pPr>
      <w:r>
        <w:rPr>
          <w:b w:val="0"/>
        </w:rPr>
        <w:t>Про кримінальну відповідальність за завідомо неправдиве повідомлення про вчинення кримінального правопорушення попереджений(а).</w:t>
      </w:r>
    </w:p>
    <w:p>
      <w:r>
        <w:rPr>
          <w:b w:val="0"/>
        </w:rPr>
      </w:r>
    </w:p>
    <w:p>
      <w:pPr>
        <w:jc w:val="center"/>
      </w:pPr>
      <w:r>
        <w:rPr>
          <w:b/>
        </w:rPr>
        <w:t>ПРОШУ:</w:t>
      </w:r>
    </w:p>
    <w:p>
      <w:pPr>
        <w:jc w:val="both"/>
      </w:pPr>
      <w:r>
        <w:rPr>
          <w:b w:val="0"/>
        </w:rPr>
        <w:t>1. Внести відомості про кримінальне правопорушення до Єдиного реєстру досудових розслідувань (ЄРДР) та розпочати досудове розслідування.</w:t>
      </w:r>
    </w:p>
    <w:p>
      <w:pPr>
        <w:jc w:val="both"/>
      </w:pPr>
      <w:r>
        <w:rPr>
          <w:b w:val="0"/>
        </w:rPr>
        <w:t>2. Визнати мене потерпілим(ою) у кримінальному провадженні.</w:t>
      </w:r>
    </w:p>
    <w:p>
      <w:pPr>
        <w:jc w:val="both"/>
      </w:pPr>
      <w:r>
        <w:rPr>
          <w:b w:val="0"/>
        </w:rPr>
        <w:t>3. Про прийняте рішення та номер кримінального провадження повідомити мене у встановлений законом строк за вказаною адресою.</w:t>
      </w:r>
    </w:p>
    <w:p>
      <w:r>
        <w:rPr>
          <w:b w:val="0"/>
        </w:rPr>
      </w:r>
    </w:p>
    <w:p>
      <w:r>
        <w:rPr>
          <w:b/>
        </w:rPr>
        <w:t>Додатки:</w:t>
      </w:r>
    </w:p>
    <w:p>
      <w:r>
        <w:rPr>
          <w:b w:val="0"/>
        </w:rPr>
        <w:t>1. Копії документів і матеріалів, що підтверджують викладені обставини (за наявності).</w:t>
      </w:r>
    </w:p>
    <w:p>
      <w:r>
        <w:rPr>
          <w:b w:val="0"/>
        </w:rPr>
      </w:r>
    </w:p>
    <w:p>
      <w:r>
        <w:rPr>
          <w:b w:val="0"/>
        </w:rPr>
        <w:t>«___» __________ 20__ р.                              ___________________  ( [ПІБ] )</w:t>
      </w:r>
    </w:p>
    <w:p>
      <w:r>
        <w:rPr>
          <w:b w:val="0"/>
        </w:rPr>
      </w:r>
    </w:p>
    <w:p>
      <w:r>
        <w:rPr>
          <w:b w:val="0"/>
        </w:rPr>
        <w:t>УВАГА: це орієнтовний зразок для загального розуміння структури документа. Він не враховує обставин вашої конкретної справи, підсудності, переліку доказів та розміру судового збору. Перед поданням раджу проконсультуватися з адвокатом — це вбереже від помилок, через які документи повертають або залишають без розгляду.</w:t>
      </w:r>
    </w:p>
    <w:sectPr w:rsidR="00FC693F" w:rsidRPr="0006063C" w:rsidSect="00034616">
      <w:pgSz w:w="12240" w:h="15840"/>
      <w:pgMar w:top="850" w:right="850" w:bottom="850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