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До [найменування суду, що видав наказ]</w:t>
      </w:r>
    </w:p>
    <w:p>
      <w:pPr>
        <w:jc w:val="right"/>
      </w:pPr>
      <w:r>
        <w:rPr>
          <w:b w:val="0"/>
        </w:rPr>
        <w:t>Боржник: [ПІБ повністю]</w:t>
      </w:r>
    </w:p>
    <w:p>
      <w:pPr>
        <w:jc w:val="right"/>
      </w:pPr>
      <w:r>
        <w:rPr>
          <w:b w:val="0"/>
        </w:rPr>
        <w:t>[адреса, тел., РНОКПП]</w:t>
      </w:r>
    </w:p>
    <w:p>
      <w:pPr>
        <w:jc w:val="right"/>
      </w:pPr>
      <w:r>
        <w:rPr>
          <w:b w:val="0"/>
        </w:rPr>
        <w:t>Стягувач: [ПІБ / найменування]</w:t>
      </w:r>
    </w:p>
    <w:p>
      <w:pPr>
        <w:jc w:val="right"/>
      </w:pPr>
      <w:r>
        <w:rPr>
          <w:b w:val="0"/>
        </w:rPr>
        <w:t>[адреса]</w:t>
      </w:r>
    </w:p>
    <w:p>
      <w:pPr>
        <w:jc w:val="right"/>
      </w:pPr>
      <w:r>
        <w:rPr>
          <w:b w:val="0"/>
        </w:rPr>
        <w:t>Справа № [номер]</w:t>
      </w:r>
    </w:p>
    <w:p>
      <w:r>
        <w:rPr>
          <w:b w:val="0"/>
        </w:rPr>
      </w:r>
    </w:p>
    <w:p>
      <w:pPr>
        <w:jc w:val="center"/>
      </w:pPr>
      <w:r>
        <w:rPr>
          <w:b/>
        </w:rPr>
        <w:t>ЗАЯВА</w:t>
      </w:r>
    </w:p>
    <w:p>
      <w:pPr>
        <w:jc w:val="center"/>
      </w:pPr>
      <w:r>
        <w:rPr>
          <w:b/>
        </w:rPr>
        <w:t>про скасування судового наказу</w:t>
      </w:r>
    </w:p>
    <w:p>
      <w:r>
        <w:rPr>
          <w:b w:val="0"/>
        </w:rPr>
      </w:r>
    </w:p>
    <w:p>
      <w:pPr>
        <w:jc w:val="both"/>
      </w:pPr>
      <w:r>
        <w:rPr>
          <w:b w:val="0"/>
        </w:rPr>
        <w:t>«___» __________ 20__ р. судом видано судовий наказ про стягнення з мене на користь Стягувача [зазначити суму / предмет вимоги]. Копію судового наказу я отримав(ла) «___» __________ 20__ р.</w:t>
      </w:r>
    </w:p>
    <w:p>
      <w:pPr>
        <w:jc w:val="both"/>
      </w:pPr>
      <w:r>
        <w:rPr>
          <w:b w:val="0"/>
        </w:rPr>
        <w:t>Із вимогами Стягувача не погоджуюся з таких підстав: [зазначити — заборгованість відсутня чи сплачена, розмір вимоги неправильний, сплив строк позовної давності, договір не укладався тощо].</w:t>
      </w:r>
    </w:p>
    <w:p>
      <w:pPr>
        <w:jc w:val="both"/>
      </w:pPr>
      <w:r>
        <w:rPr>
          <w:b w:val="0"/>
        </w:rPr>
        <w:t>Відповідно до процесуального закону боржник має право подати заяву про скасування судового наказу у встановлений строк з дня отримання його копії, після чого суд скасовує наказ.</w:t>
      </w:r>
    </w:p>
    <w:p>
      <w:r>
        <w:rPr>
          <w:b w:val="0"/>
        </w:rPr>
      </w:r>
    </w:p>
    <w:p>
      <w:pPr>
        <w:jc w:val="center"/>
      </w:pPr>
      <w:r>
        <w:rPr>
          <w:b/>
        </w:rPr>
        <w:t>ПРОШУ:</w:t>
      </w:r>
    </w:p>
    <w:p>
      <w:pPr>
        <w:jc w:val="both"/>
      </w:pPr>
      <w:r>
        <w:rPr>
          <w:b w:val="0"/>
        </w:rPr>
        <w:t>1. Скасувати судовий наказ № [номер] від «___» __________ 20__ р., виданий у справі № [номер].</w:t>
      </w:r>
    </w:p>
    <w:p>
      <w:pPr>
        <w:jc w:val="both"/>
      </w:pPr>
      <w:r>
        <w:rPr>
          <w:b w:val="0"/>
        </w:rPr>
        <w:t>2. [За потреби] Поновити строк на подання цієї заяви, пропущений з поважних причин, а саме: [зазначити причину].</w:t>
      </w:r>
    </w:p>
    <w:p>
      <w:r>
        <w:rPr>
          <w:b w:val="0"/>
        </w:rPr>
      </w:r>
    </w:p>
    <w:p>
      <w:r>
        <w:rPr>
          <w:b/>
        </w:rPr>
        <w:t>Додатки:</w:t>
      </w:r>
    </w:p>
    <w:p>
      <w:r>
        <w:rPr>
          <w:b w:val="0"/>
        </w:rPr>
        <w:t>1. Копія судового наказу.</w:t>
      </w:r>
    </w:p>
    <w:p>
      <w:r>
        <w:rPr>
          <w:b w:val="0"/>
        </w:rPr>
        <w:t>2. Докази на підтвердження заперечень (за наявності).</w:t>
      </w:r>
    </w:p>
    <w:p>
      <w:r>
        <w:rPr>
          <w:b w:val="0"/>
        </w:rPr>
        <w:t>3. Копія заяви та доданих документів для Стягувача.</w:t>
      </w:r>
    </w:p>
    <w:p>
      <w:r>
        <w:rPr>
          <w:b w:val="0"/>
        </w:rPr>
      </w:r>
    </w:p>
    <w:p>
      <w:r>
        <w:rPr>
          <w:b w:val="0"/>
        </w:rPr>
        <w:t>«___» __________ 20__ р.                              ___________________  ( [ПІБ] )</w:t>
      </w:r>
    </w:p>
    <w:p>
      <w:r>
        <w:rPr>
          <w:b w:val="0"/>
        </w:rPr>
      </w:r>
    </w:p>
    <w:p>
      <w:r>
        <w:rPr>
          <w:b w:val="0"/>
        </w:rPr>
        <w:t>УВАГА: це орієнтовний зразок для загального розуміння структури документа. Він не враховує обставин вашої конкретної справи, підсудності, переліку доказів та розміру судового збору. Перед поданням раджу проконсультуватися з адвокатом — це вбереже від помилок, через які документи повертають або залишають без розгляду.</w:t>
      </w:r>
    </w:p>
    <w:sectPr w:rsidR="00FC693F" w:rsidRPr="0006063C" w:rsidSect="00034616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