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val="0"/>
        </w:rPr>
        <w:t>До [найменування суду]</w:t>
      </w:r>
    </w:p>
    <w:p>
      <w:pPr>
        <w:jc w:val="right"/>
      </w:pPr>
      <w:r>
        <w:rPr>
          <w:b w:val="0"/>
        </w:rPr>
        <w:t>Позивач: [ПІБ повністю]</w:t>
      </w:r>
    </w:p>
    <w:p>
      <w:pPr>
        <w:jc w:val="right"/>
      </w:pPr>
      <w:r>
        <w:rPr>
          <w:b w:val="0"/>
        </w:rPr>
        <w:t>[адреса, тел., РНОКПП]</w:t>
      </w:r>
    </w:p>
    <w:p>
      <w:pPr>
        <w:jc w:val="right"/>
      </w:pPr>
      <w:r>
        <w:rPr>
          <w:b w:val="0"/>
        </w:rPr>
        <w:t>Відповідач: [ПІБ повністю]</w:t>
      </w:r>
    </w:p>
    <w:p>
      <w:pPr>
        <w:jc w:val="right"/>
      </w:pPr>
      <w:r>
        <w:rPr>
          <w:b w:val="0"/>
        </w:rPr>
        <w:t>[адреса, тел. за наявності]</w:t>
      </w:r>
    </w:p>
    <w:p>
      <w:pPr>
        <w:jc w:val="right"/>
      </w:pPr>
      <w:r>
        <w:rPr>
          <w:b w:val="0"/>
        </w:rPr>
        <w:t>Третя особа: [орган ДРАЦС / орган опіки та піклування]</w:t>
      </w:r>
    </w:p>
    <w:p>
      <w:r>
        <w:rPr>
          <w:b w:val="0"/>
        </w:rPr>
      </w:r>
    </w:p>
    <w:p>
      <w:pPr>
        <w:jc w:val="center"/>
      </w:pPr>
      <w:r>
        <w:rPr>
          <w:b/>
        </w:rPr>
        <w:t>ПОЗОВНА ЗАЯВА</w:t>
      </w:r>
    </w:p>
    <w:p>
      <w:pPr>
        <w:jc w:val="center"/>
      </w:pPr>
      <w:r>
        <w:rPr>
          <w:b/>
        </w:rPr>
        <w:t>про визнання батьківства</w:t>
      </w:r>
    </w:p>
    <w:p>
      <w:r>
        <w:rPr>
          <w:b w:val="0"/>
        </w:rPr>
      </w:r>
    </w:p>
    <w:p>
      <w:pPr>
        <w:jc w:val="both"/>
      </w:pPr>
      <w:r>
        <w:rPr>
          <w:b w:val="0"/>
        </w:rPr>
        <w:t>«___» __________ 20__ р. народилася дитина — [ПІБ дитини], що підтверджується свідоцтвом про народження. Відомості про батька у свідоцтві [не зазначено / зазначено зі слів матері].</w:t>
      </w:r>
    </w:p>
    <w:p>
      <w:pPr>
        <w:jc w:val="both"/>
      </w:pPr>
      <w:r>
        <w:rPr>
          <w:b w:val="0"/>
        </w:rPr>
        <w:t>Батьком дитини є Відповідач [ПІБ]. Це підтверджується спільним проживанням із матір'ю дитини, веденням спільного побуту, [листуванням, спільними фото, показаннями свідків], а також може бути підтверджено результатами молекулярно-генетичної (ДНК) експертизи.</w:t>
      </w:r>
    </w:p>
    <w:p>
      <w:pPr>
        <w:jc w:val="both"/>
      </w:pPr>
      <w:r>
        <w:rPr>
          <w:b w:val="0"/>
        </w:rPr>
        <w:t>Відповідач добровільно батьківство не визнає та відмовляється подати спільну заяву до органу ДРАЦС, що змушує мене звернутися до суду. Встановлення батьківства необхідне для реалізації прав дитини на утримання, спадкування та інших прав.</w:t>
      </w:r>
    </w:p>
    <w:p>
      <w:r>
        <w:rPr>
          <w:b w:val="0"/>
        </w:rPr>
      </w:r>
    </w:p>
    <w:p>
      <w:pPr>
        <w:jc w:val="center"/>
      </w:pPr>
      <w:r>
        <w:rPr>
          <w:b/>
        </w:rPr>
        <w:t>ПРОШУ:</w:t>
      </w:r>
    </w:p>
    <w:p>
      <w:pPr>
        <w:jc w:val="both"/>
      </w:pPr>
      <w:r>
        <w:rPr>
          <w:b w:val="0"/>
        </w:rPr>
        <w:t>1. Визнати Відповідача [ПІБ] батьком дитини [ПІБ дитини], «___» __________ 20__ р. народження.</w:t>
      </w:r>
    </w:p>
    <w:p>
      <w:pPr>
        <w:jc w:val="both"/>
      </w:pPr>
      <w:r>
        <w:rPr>
          <w:b w:val="0"/>
        </w:rPr>
        <w:t>2. Внести відповідні зміни до актового запису про народження дитини щодо відомостей про батька.</w:t>
      </w:r>
    </w:p>
    <w:p>
      <w:pPr>
        <w:jc w:val="both"/>
      </w:pPr>
      <w:r>
        <w:rPr>
          <w:b w:val="0"/>
        </w:rPr>
        <w:t>3. [За потреби] Призначити у справі молекулярно-генетичну (судово-біологічну) експертизу.</w:t>
      </w:r>
    </w:p>
    <w:p>
      <w:r>
        <w:rPr>
          <w:b w:val="0"/>
        </w:rPr>
      </w:r>
    </w:p>
    <w:p>
      <w:r>
        <w:rPr>
          <w:b/>
        </w:rPr>
        <w:t>Додатки:</w:t>
      </w:r>
    </w:p>
    <w:p>
      <w:r>
        <w:rPr>
          <w:b w:val="0"/>
        </w:rPr>
        <w:t>1. Копія свідоцтва про народження дитини.</w:t>
      </w:r>
    </w:p>
    <w:p>
      <w:r>
        <w:rPr>
          <w:b w:val="0"/>
        </w:rPr>
        <w:t>2. Докази, що підтверджують походження дитини від Відповідача.</w:t>
      </w:r>
    </w:p>
    <w:p>
      <w:r>
        <w:rPr>
          <w:b w:val="0"/>
        </w:rPr>
        <w:t>3. Копії позовної заяви та доданих документів для Відповідача і третьої особи.</w:t>
      </w:r>
    </w:p>
    <w:p>
      <w:r>
        <w:rPr>
          <w:b w:val="0"/>
        </w:rPr>
        <w:t>4. (Позивачі у справах про визнання батьківства від сплати судового збору звільнені.)</w:t>
      </w:r>
    </w:p>
    <w:p>
      <w:r>
        <w:rPr>
          <w:b w:val="0"/>
        </w:rPr>
      </w:r>
    </w:p>
    <w:p>
      <w:r>
        <w:rPr>
          <w:b w:val="0"/>
        </w:rPr>
        <w:t>«___» __________ 20__ р.                              ___________________  ( [ПІБ] )</w:t>
      </w:r>
    </w:p>
    <w:p>
      <w:r>
        <w:rPr>
          <w:b w:val="0"/>
        </w:rPr>
      </w:r>
    </w:p>
    <w:p>
      <w:r>
        <w:rPr>
          <w:b w:val="0"/>
        </w:rPr>
        <w:t>УВАГА: це орієнтовний зразок для загального розуміння структури документа. Він не враховує обставин вашої конкретної справи, підсудності, переліку доказів та розміру судового збору. Перед поданням раджу проконсультуватися з адвокатом — це вбереже від помилок, через які документи повертають або залишають без розгляду.</w:t>
      </w:r>
    </w:p>
    <w:sectPr w:rsidR="00FC693F" w:rsidRPr="0006063C" w:rsidSect="00034616">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